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0170»</w:t>
      </w:r>
    </w:p>
    <w:p>
      <w:r>
        <w:t>Артикул LD-02720.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