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0017»</w:t>
      </w:r>
    </w:p>
    <w:p>
      <w:r>
        <w:t>Артикул LD-00270. Исполнение Дуб и синяя полка. Страна производства Япония (JP).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LD-SIDE-TABLE-0017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LD-00270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LD-00270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LD-00270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