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0167»</w:t>
      </w:r>
    </w:p>
    <w:p>
      <w:r>
        <w:t>Артикул LD-02663. Исполнение Дымчато-синий. Страна производства США (US).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LD-02663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