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0167»</w:t>
      </w:r>
    </w:p>
    <w:p>
      <w:r>
        <w:t>Артикул LD-02662. Исполнение Синяя клетка. Страна производства Германия (DE).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LD-02662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