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0166»</w:t>
      </w:r>
    </w:p>
    <w:p>
      <w:r>
        <w:t>Артикул LD-02646. Исполнение Синяя клетка. Страна производства Россия (RU).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LD-02646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