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0163»</w:t>
      </w:r>
    </w:p>
    <w:p>
      <w:r>
        <w:t>Артикул LD-02598. Исполнение Синяя клетка. Страна производства Италия (IT).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LD-BLANKET-0163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LD-02598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LD-02598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LD-02598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