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0163»</w:t>
      </w:r>
    </w:p>
    <w:p>
      <w:r>
        <w:t>Артикул LD-02594. Исполнение Светло-голубой. Страна производства Канада (CA).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LD-02594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