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0161»</w:t>
      </w:r>
    </w:p>
    <w:p>
      <w:r>
        <w:t>Артикул LD-02567. Исполнение Дымчато-синий. Страна производства Южная Корея (KR).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LD-FLOOR-LAMP-0161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LD-02567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LD-02567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LD-02567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