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0161»</w:t>
      </w:r>
    </w:p>
    <w:p>
      <w:r>
        <w:t>Артикул LD-02566. Исполнение Синяя клетка. Страна производства Китай (CN).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LD-02566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