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0159»</w:t>
      </w:r>
    </w:p>
    <w:p>
      <w:r>
        <w:t>Артикул LD-02541. Исполнение Ротанг и голубая подкладка. Страна производства Россия (RU).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LD-02541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