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0016»</w:t>
      </w:r>
    </w:p>
    <w:p>
      <w:r>
        <w:t>Артикул LD-00254. Исполнение Дуб и синяя полка. Страна производства Польша (PL).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LD-00254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