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0159»</w:t>
      </w:r>
    </w:p>
    <w:p>
      <w:r>
        <w:t>Артикул LD-02534. Исполнение Синяя клетка. Страна производства Канада (CA).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LD-BLANKET-0159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LD-02534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LD-02534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LD-02534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