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0152»</w:t>
      </w:r>
    </w:p>
    <w:p>
      <w:r>
        <w:t>Артикул LD-02426. Исполнение Светло-голубой. Страна производства Россия (RU).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LD-02426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