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0146»</w:t>
      </w:r>
    </w:p>
    <w:p>
      <w:r>
        <w:t>Артикул LD-02325.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LD-02325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