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0145»</w:t>
      </w:r>
    </w:p>
    <w:p>
      <w:r>
        <w:t>Артикул LD-02313. Исполнение Светло-голубой. Страна производства США (US).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LD-TOASTER-0145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LD-02313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LD-02313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LD-02313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