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0145»</w:t>
      </w:r>
    </w:p>
    <w:p>
      <w:r>
        <w:t>Артикул LD-02312.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