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0145»</w:t>
      </w:r>
    </w:p>
    <w:p>
      <w:r>
        <w:t>Артикул LD-02310. Исполнение Синяя клетка. Страна производства Япония (JP).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LD-BLANKET-0145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LD-02310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LD-02310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LD-02310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