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0002»</w:t>
      </w:r>
    </w:p>
    <w:p>
      <w:r>
        <w:t>Артикул LD-00023. Исполнение Дымчато-синий. Страна производства Италия (IT).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LD-00023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