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0144»</w:t>
      </w:r>
    </w:p>
    <w:p>
      <w:r>
        <w:t>Артикул LD-02295. Исполнение Дымчато-синий. Страна производства Япония (JP).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LD-02295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