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0142»</w:t>
      </w:r>
    </w:p>
    <w:p>
      <w:r>
        <w:t>Артикул LD-02261. Исполнение Дуб и синий металл. Страна производства Китай (CN).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LD-ORGANIZER-0142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LD-02261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LD-02261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LD-02261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