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0015»</w:t>
      </w:r>
    </w:p>
    <w:p>
      <w:r>
        <w:t>Артикул LD-00226. Исполнение Светло-голубой. Страна производства Китай (CN).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LD-00226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