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0141»</w:t>
      </w:r>
    </w:p>
    <w:p>
      <w:r>
        <w:t>Артикул LD-02253.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LD-BASKET-0141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LD-02253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LD-02253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LD-02253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