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0139»</w:t>
      </w:r>
    </w:p>
    <w:p>
      <w:r>
        <w:t>Артикул LD-02224. Исполнение Сталь и синие ручки. Страна производства Канада (CA).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LD-CUTLERY-0139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LD-02224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LD-02224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LD-02224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