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0138»</w:t>
      </w:r>
    </w:p>
    <w:p>
      <w:r>
        <w:t>Артикул LD-02206. Исполнение Дуб и синяя полка. Страна производства Россия (RU).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LD-02206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