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0131»</w:t>
      </w:r>
    </w:p>
    <w:p>
      <w:r>
        <w:t>Артикул LD-02085.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LD-02085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