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0129»</w:t>
      </w:r>
    </w:p>
    <w:p>
      <w:r>
        <w:t>Артикул LD-02057.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LD-02057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