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0013»</w:t>
      </w:r>
    </w:p>
    <w:p>
      <w:r>
        <w:t>Артикул LD-00205. Исполнение Ротанг и голубая подкладка. Страна производства Беларусь (BY).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LD-00205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