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0013»</w:t>
      </w:r>
    </w:p>
    <w:p>
      <w:r>
        <w:t>Артикул LD-00201. Исполнение Светло-голубой. Страна производства Россия (RU).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LD-TOASTER-0013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LD-00201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LD-00201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LD-00201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