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0121»</w:t>
      </w:r>
    </w:p>
    <w:p>
      <w:r>
        <w:t>Артикул LD-01934.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