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0002»</w:t>
      </w:r>
    </w:p>
    <w:p>
      <w:r>
        <w:t>Артикул LD-00019. Исполнение Серо-синяя обивка. Страна производства Канада (CA).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LD-00019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