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0118»</w:t>
      </w:r>
    </w:p>
    <w:p>
      <w:r>
        <w:t>Артикул LD-01876.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