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0118»</w:t>
      </w:r>
    </w:p>
    <w:p>
      <w:r>
        <w:t>Артикул LD-01873. Исполнение Дымчато-синий. Страна производства Италия (IT).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LD-LAMP-0118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LD-01873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LD-01873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LD-01873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