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0117»</w:t>
      </w:r>
    </w:p>
    <w:p>
      <w:r>
        <w:t>Артикул LD-01867. Исполнение Дуб и голубой циферблат. Страна производства Южная Корея (KR).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LD-CLOCK-0117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LD-01867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LD-01867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LD-01867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