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0117»</w:t>
      </w:r>
    </w:p>
    <w:p>
      <w:r>
        <w:t>Артикул LD-01865.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