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0114»</w:t>
      </w:r>
    </w:p>
    <w:p>
      <w:r>
        <w:t>Артикул LD-01810.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