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0111»</w:t>
      </w:r>
    </w:p>
    <w:p>
      <w:r>
        <w:t>Артикул LD-01774.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LD-01774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