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0109»</w:t>
      </w:r>
    </w:p>
    <w:p>
      <w:r>
        <w:t>Артикул LD-01743.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