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0109»</w:t>
      </w:r>
    </w:p>
    <w:p>
      <w:r>
        <w:t>Артикул LD-01738. Исполнение Светло-голубой. Страна производства Италия (IT).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LD-MUG-0109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LD-01738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LD-01738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LD-01738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