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Набор столовых приборов «К столу 0104»</w:t>
      </w:r>
    </w:p>
    <w:p>
      <w:r>
        <w:t>Артикул LD-01664. Исполнение Сталь и синие ручки. Страна производства Польша (PL).</w:t>
      </w:r>
    </w:p>
    <w:p>
      <w:r>
        <w:t>Набор столовых приборов предназначен для ежедневной сервировки стола. Материалы: Нержавеющая сталь. В этом исполнении используется цвет «Сталь и синие ручки». Размер товара: 16 предметов.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LD-CUTLERY-0104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LD-01664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 и синие ручки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 и синие ручки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Польша (PL)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r>
        <w:t>Возможность машинного мытья проверяйте по строке характеристик выбранного исполнения.</w:t>
      </w:r>
    </w:p>
    <w:p>
      <w:pPr>
        <w:pStyle w:val="Heading1"/>
      </w:pPr>
      <w:r>
        <w:t>Упаковка</w:t>
      </w:r>
    </w:p>
    <w:p>
      <w:r>
        <w:t>В упаковке 1 шт. Размер упаковки 30 × 24 × 7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LD-01664    Польша (PL)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LD-01664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