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0104»</w:t>
      </w:r>
    </w:p>
    <w:p>
      <w:r>
        <w:t>Артикул LD-01654. Исполнение Синяя клетка. Страна производства Польша (PL).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LD-BLANKET-0104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LD-01654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LD-01654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LD-01654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