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0099»</w:t>
      </w:r>
    </w:p>
    <w:p>
      <w:r>
        <w:t>Артикул LD-01584. Исполнение Сталь и синие ручки. Страна производства Канада (CA).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LD-01584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