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0096»</w:t>
      </w:r>
    </w:p>
    <w:p>
      <w:r>
        <w:t>Артикул LD-01526. Исполнение Синяя клетка. Страна производства Россия (RU).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LD-01526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