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0010»</w:t>
      </w:r>
    </w:p>
    <w:p>
      <w:r>
        <w:t>Артикул LD-00145.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LD-00145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