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0090»</w:t>
      </w:r>
    </w:p>
    <w:p>
      <w:r>
        <w:t>Артикул LD-01440. Исполнение Сталь и синие ручки. Страна производства Беларусь (BY).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LD-CUTLERY-0090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LD-01440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LD-01440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LD-01440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