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0089»</w:t>
      </w:r>
    </w:p>
    <w:p>
      <w:r>
        <w:t>Артикул LD-01412. Исполнение Светло-серая керамика. Страна производства Германия (DE).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LD-VASE-0089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LD-01412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LD-01412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LD-01412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