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0009»</w:t>
      </w:r>
    </w:p>
    <w:p>
      <w:r>
        <w:t>Артикул LD-00131. Исполнение Серо-синяя обивка. Страна производства Россия (RU).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LD-00131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