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0079»</w:t>
      </w:r>
    </w:p>
    <w:p>
      <w:r>
        <w:t>Артикул LD-01256. Исполнение Дымчато-синий. Страна производства Китай (CN).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LD-COFFEE-GRINDER-0079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LD-01256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LD-01256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LD-01256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