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0076»</w:t>
      </w:r>
    </w:p>
    <w:p>
      <w:r>
        <w:t>Артикул LD-01202.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LD-01202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