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Приставной столик «Рядом 0075»</w:t>
      </w:r>
    </w:p>
    <w:p>
      <w:r>
        <w:t>Артикул LD-01198. Исполнение Дуб и синяя полка. Страна производства Италия (IT).</w:t>
      </w:r>
    </w:p>
    <w:p>
      <w:r>
        <w:t>Приставной столик даёт дополнительную поверхность рядом с креслом или диваном. Материалы: Дуб, шпон. В этом исполнении используется цвет «Дуб и синяя полка». Размер товара: Ø 42 × 48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LD-SIDE-TABLE-0075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LD-01198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синяя полка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синяя полка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Италия (IT)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Дубелия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Дуб, шпон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50 × 50 × 18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LD-01198    Италия (IT)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LD-01198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