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0074»</w:t>
      </w:r>
    </w:p>
    <w:p>
      <w:r>
        <w:t>Артикул LD-01175. Исполнение Дымчато-синий. Страна производства Япония (JP).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